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FE1D" w14:textId="0B551FF3" w:rsidR="00323E1D" w:rsidRDefault="002A55A1" w:rsidP="007A2799">
      <w:pPr>
        <w:rPr>
          <w:lang w:eastAsia="ja-JP"/>
        </w:rPr>
      </w:pPr>
      <w:proofErr w:type="spellStart"/>
      <w:r>
        <w:t>様式第</w:t>
      </w:r>
      <w:proofErr w:type="spellEnd"/>
      <w:r w:rsidR="00A61624">
        <w:rPr>
          <w:rFonts w:hint="eastAsia"/>
          <w:lang w:eastAsia="ja-JP"/>
        </w:rPr>
        <w:t>１</w:t>
      </w:r>
      <w:r>
        <w:t>号</w:t>
      </w:r>
    </w:p>
    <w:p w14:paraId="32F03CA6" w14:textId="77777777" w:rsidR="007A2799" w:rsidRDefault="002A55A1" w:rsidP="007A2799">
      <w:pPr>
        <w:jc w:val="right"/>
        <w:rPr>
          <w:lang w:eastAsia="ja-JP"/>
        </w:rPr>
      </w:pPr>
      <w:proofErr w:type="spellStart"/>
      <w:r>
        <w:t>令和</w:t>
      </w:r>
      <w:proofErr w:type="spellEnd"/>
      <w:r>
        <w:t xml:space="preserve">　　年　　月　　日</w:t>
      </w:r>
    </w:p>
    <w:p w14:paraId="23AD2289" w14:textId="735D9E09" w:rsidR="00323E1D" w:rsidRDefault="007A2799" w:rsidP="000C1A1D">
      <w:pPr>
        <w:pStyle w:val="1"/>
        <w:jc w:val="center"/>
        <w:rPr>
          <w:lang w:eastAsia="ja-JP"/>
        </w:rPr>
      </w:pPr>
      <w:proofErr w:type="spellStart"/>
      <w:r w:rsidRPr="000C1A1D">
        <w:rPr>
          <w:rFonts w:hint="eastAsia"/>
        </w:rPr>
        <w:t>参加表明書</w:t>
      </w:r>
      <w:proofErr w:type="spellEnd"/>
    </w:p>
    <w:p w14:paraId="44129ED6" w14:textId="1252170E" w:rsidR="00323E1D" w:rsidRDefault="00B526B4">
      <w:pPr>
        <w:rPr>
          <w:lang w:eastAsia="ja-JP"/>
        </w:rPr>
      </w:pPr>
      <w:proofErr w:type="spellStart"/>
      <w:r w:rsidRPr="00B526B4">
        <w:rPr>
          <w:rFonts w:hint="eastAsia"/>
        </w:rPr>
        <w:t>府中町教育委員会教育長</w:t>
      </w:r>
      <w:proofErr w:type="spellEnd"/>
      <w:r w:rsidRPr="00B526B4">
        <w:rPr>
          <w:rFonts w:hint="eastAsia"/>
        </w:rPr>
        <w:t xml:space="preserve">　</w:t>
      </w:r>
      <w:proofErr w:type="spellStart"/>
      <w:r w:rsidRPr="00B526B4">
        <w:rPr>
          <w:rFonts w:hint="eastAsia"/>
        </w:rPr>
        <w:t>新田</w:t>
      </w:r>
      <w:proofErr w:type="spellEnd"/>
      <w:r w:rsidRPr="00B526B4">
        <w:rPr>
          <w:rFonts w:hint="eastAsia"/>
        </w:rPr>
        <w:t xml:space="preserve">　</w:t>
      </w:r>
      <w:proofErr w:type="spellStart"/>
      <w:r w:rsidRPr="00B526B4">
        <w:rPr>
          <w:rFonts w:hint="eastAsia"/>
        </w:rPr>
        <w:t>憲章</w:t>
      </w:r>
      <w:proofErr w:type="spellEnd"/>
    </w:p>
    <w:p w14:paraId="599E40F5" w14:textId="77777777" w:rsidR="00400432" w:rsidRDefault="00400432">
      <w:pPr>
        <w:rPr>
          <w:lang w:eastAsia="ja-JP"/>
        </w:rPr>
      </w:pPr>
    </w:p>
    <w:p w14:paraId="3C020C11" w14:textId="3398086C" w:rsidR="00287F44" w:rsidRDefault="00400432" w:rsidP="00287F44">
      <w:pPr>
        <w:ind w:leftChars="1610" w:left="3542" w:rightChars="-3" w:right="-7"/>
        <w:rPr>
          <w:lang w:eastAsia="ja-JP"/>
        </w:rPr>
      </w:pPr>
      <w:r>
        <w:rPr>
          <w:rFonts w:ascii="ＭＳ 明朝" w:hAnsi="ＭＳ 明朝" w:hint="eastAsia"/>
          <w:szCs w:val="21"/>
          <w:lang w:eastAsia="ja-JP"/>
        </w:rPr>
        <w:t>■</w:t>
      </w:r>
      <w:r w:rsidR="00287F44">
        <w:rPr>
          <w:rFonts w:ascii="ＭＳ 明朝" w:hAnsi="ＭＳ 明朝" w:hint="eastAsia"/>
          <w:szCs w:val="21"/>
          <w:lang w:eastAsia="ja-JP"/>
        </w:rPr>
        <w:t>単独事業者又は</w:t>
      </w:r>
      <w:r>
        <w:rPr>
          <w:rFonts w:ascii="ＭＳ 明朝" w:hAnsi="ＭＳ 明朝" w:hint="eastAsia"/>
          <w:szCs w:val="21"/>
          <w:lang w:eastAsia="ja-JP"/>
        </w:rPr>
        <w:t>共同事業体代表事業者</w:t>
      </w:r>
      <w:r w:rsidR="002A55A1">
        <w:rPr>
          <w:lang w:eastAsia="ja-JP"/>
        </w:rPr>
        <w:br/>
      </w:r>
      <w:r w:rsidR="002A55A1">
        <w:rPr>
          <w:lang w:eastAsia="ja-JP"/>
        </w:rPr>
        <w:t>所在地：</w:t>
      </w:r>
      <w:r w:rsidR="002A55A1">
        <w:rPr>
          <w:lang w:eastAsia="ja-JP"/>
        </w:rPr>
        <w:br/>
      </w:r>
      <w:r w:rsidR="002A55A1">
        <w:rPr>
          <w:lang w:eastAsia="ja-JP"/>
        </w:rPr>
        <w:t>事業者名：</w:t>
      </w:r>
      <w:r w:rsidR="002A55A1">
        <w:rPr>
          <w:lang w:eastAsia="ja-JP"/>
        </w:rPr>
        <w:br/>
      </w:r>
      <w:r w:rsidR="002A55A1">
        <w:rPr>
          <w:lang w:eastAsia="ja-JP"/>
        </w:rPr>
        <w:t>代表者名：</w:t>
      </w:r>
      <w:r w:rsidR="00287F44">
        <w:rPr>
          <w:lang w:eastAsia="ja-JP"/>
        </w:rPr>
        <w:t xml:space="preserve"> </w:t>
      </w:r>
      <w:r w:rsidR="002A55A1">
        <w:rPr>
          <w:lang w:eastAsia="ja-JP"/>
        </w:rPr>
        <w:br/>
      </w:r>
      <w:r w:rsidR="00287F44">
        <w:rPr>
          <w:rFonts w:hint="eastAsia"/>
          <w:lang w:eastAsia="ja-JP"/>
        </w:rPr>
        <w:t>担当者名：</w:t>
      </w:r>
      <w:r w:rsidR="00287F44">
        <w:rPr>
          <w:lang w:eastAsia="ja-JP"/>
        </w:rPr>
        <w:br/>
      </w:r>
      <w:r w:rsidR="00287F44">
        <w:rPr>
          <w:rFonts w:hint="eastAsia"/>
          <w:lang w:eastAsia="ja-JP"/>
        </w:rPr>
        <w:t>連絡先電話番号：</w:t>
      </w:r>
      <w:r w:rsidR="00287F44">
        <w:rPr>
          <w:lang w:eastAsia="ja-JP"/>
        </w:rPr>
        <w:br/>
      </w:r>
      <w:r w:rsidR="00287F44">
        <w:rPr>
          <w:rFonts w:hint="eastAsia"/>
          <w:lang w:eastAsia="ja-JP"/>
        </w:rPr>
        <w:t>連絡先</w:t>
      </w:r>
      <w:r w:rsidR="00287F44">
        <w:rPr>
          <w:rFonts w:hint="eastAsia"/>
          <w:lang w:eastAsia="ja-JP"/>
        </w:rPr>
        <w:t>E-mail</w:t>
      </w:r>
      <w:r w:rsidR="00287F44">
        <w:rPr>
          <w:rFonts w:hint="eastAsia"/>
          <w:lang w:eastAsia="ja-JP"/>
        </w:rPr>
        <w:t>：</w:t>
      </w:r>
    </w:p>
    <w:p w14:paraId="3D8C8B01" w14:textId="007FB383" w:rsidR="007A2799" w:rsidRDefault="00946BC4" w:rsidP="00946BC4">
      <w:pPr>
        <w:spacing w:after="0"/>
        <w:ind w:firstLineChars="100" w:firstLine="220"/>
        <w:rPr>
          <w:lang w:eastAsia="ja-JP"/>
        </w:rPr>
      </w:pPr>
      <w:r>
        <w:rPr>
          <w:rFonts w:hint="eastAsia"/>
          <w:lang w:eastAsia="ja-JP"/>
        </w:rPr>
        <w:t>府中町放課後児童</w:t>
      </w:r>
      <w:r>
        <w:rPr>
          <w:lang w:eastAsia="ja-JP"/>
        </w:rPr>
        <w:t>クラブ入退室管理システム導入業務</w:t>
      </w:r>
      <w:r w:rsidR="00393DE0">
        <w:rPr>
          <w:rFonts w:hint="eastAsia"/>
          <w:lang w:eastAsia="ja-JP"/>
        </w:rPr>
        <w:t>に係る実施要領</w:t>
      </w:r>
      <w:r w:rsidR="002A55A1">
        <w:rPr>
          <w:lang w:eastAsia="ja-JP"/>
        </w:rPr>
        <w:t>に基づき、応募することを表明するとともに、</w:t>
      </w:r>
      <w:r>
        <w:rPr>
          <w:rFonts w:hint="eastAsia"/>
          <w:lang w:eastAsia="ja-JP"/>
        </w:rPr>
        <w:t>応募資格要件確認書（様式第１－２号）により</w:t>
      </w:r>
      <w:r w:rsidR="002A55A1">
        <w:rPr>
          <w:lang w:eastAsia="ja-JP"/>
        </w:rPr>
        <w:t>応募資格の審査を申請します。</w:t>
      </w:r>
    </w:p>
    <w:p w14:paraId="38D13058" w14:textId="3F7318D5" w:rsidR="00323E1D" w:rsidRDefault="002A55A1" w:rsidP="007A2799">
      <w:pPr>
        <w:ind w:firstLineChars="100" w:firstLine="220"/>
        <w:rPr>
          <w:lang w:eastAsia="ja-JP"/>
        </w:rPr>
      </w:pPr>
      <w:r>
        <w:rPr>
          <w:lang w:eastAsia="ja-JP"/>
        </w:rPr>
        <w:t>なお、本書類の記載事項は事実と相違ないことを誓約します。</w:t>
      </w:r>
    </w:p>
    <w:p w14:paraId="5EBD6C36" w14:textId="033F3D45" w:rsidR="007A2799" w:rsidRDefault="007A2799">
      <w:pPr>
        <w:rPr>
          <w:lang w:eastAsia="ja-JP"/>
        </w:rPr>
      </w:pPr>
    </w:p>
    <w:p w14:paraId="7F988986" w14:textId="77777777" w:rsidR="00C14FFD" w:rsidRDefault="00C14FFD">
      <w:pPr>
        <w:rPr>
          <w:lang w:eastAsia="ja-JP"/>
        </w:rPr>
      </w:pPr>
      <w:r>
        <w:rPr>
          <w:lang w:eastAsia="ja-JP"/>
        </w:rPr>
        <w:br w:type="page"/>
      </w:r>
    </w:p>
    <w:p w14:paraId="069962A9" w14:textId="22A16A96" w:rsidR="007A2799" w:rsidRPr="00BA23BB" w:rsidRDefault="007A2799" w:rsidP="007A2799">
      <w:pPr>
        <w:rPr>
          <w:rFonts w:ascii="ＭＳ 明朝" w:hAnsi="ＭＳ 明朝"/>
          <w:szCs w:val="21"/>
        </w:rPr>
      </w:pPr>
      <w:proofErr w:type="spellStart"/>
      <w:r w:rsidRPr="00BA23BB">
        <w:rPr>
          <w:rFonts w:ascii="ＭＳ 明朝" w:hAnsi="ＭＳ 明朝" w:hint="eastAsia"/>
          <w:szCs w:val="21"/>
        </w:rPr>
        <w:lastRenderedPageBreak/>
        <w:t>様式第</w:t>
      </w:r>
      <w:proofErr w:type="spellEnd"/>
      <w:r w:rsidR="00A61624">
        <w:rPr>
          <w:rFonts w:ascii="ＭＳ 明朝" w:hAnsi="ＭＳ 明朝" w:hint="eastAsia"/>
          <w:szCs w:val="21"/>
          <w:lang w:eastAsia="ja-JP"/>
        </w:rPr>
        <w:t>１</w:t>
      </w:r>
      <w:r w:rsidRPr="00BA23BB">
        <w:rPr>
          <w:rFonts w:ascii="ＭＳ 明朝" w:hAnsi="ＭＳ 明朝" w:hint="eastAsia"/>
          <w:szCs w:val="21"/>
        </w:rPr>
        <w:t>－</w:t>
      </w:r>
      <w:r w:rsidR="00400432">
        <w:rPr>
          <w:rFonts w:ascii="ＭＳ 明朝" w:hAnsi="ＭＳ 明朝" w:hint="eastAsia"/>
          <w:szCs w:val="21"/>
          <w:lang w:eastAsia="ja-JP"/>
        </w:rPr>
        <w:t>２</w:t>
      </w:r>
      <w:r w:rsidRPr="00BA23BB">
        <w:rPr>
          <w:rFonts w:ascii="ＭＳ 明朝" w:hAnsi="ＭＳ 明朝" w:hint="eastAsia"/>
          <w:szCs w:val="21"/>
        </w:rPr>
        <w:t>号</w:t>
      </w:r>
    </w:p>
    <w:p w14:paraId="456A9748" w14:textId="77777777" w:rsidR="007A2799" w:rsidRPr="00BA23BB" w:rsidRDefault="007A2799" w:rsidP="007A2799">
      <w:pPr>
        <w:rPr>
          <w:rFonts w:ascii="ＭＳ 明朝" w:hAnsi="ＭＳ 明朝"/>
          <w:szCs w:val="21"/>
        </w:rPr>
      </w:pPr>
    </w:p>
    <w:p w14:paraId="253A6D3D" w14:textId="77777777" w:rsidR="007A2799" w:rsidRPr="00BA23BB" w:rsidRDefault="007A2799" w:rsidP="000C1A1D">
      <w:pPr>
        <w:pStyle w:val="1"/>
        <w:jc w:val="center"/>
        <w:rPr>
          <w:rFonts w:ascii="ＭＳ 明朝" w:hAnsi="ＭＳ 明朝"/>
        </w:rPr>
      </w:pPr>
      <w:r w:rsidRPr="000C1A1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D0D9172" wp14:editId="4C91A58B">
                <wp:simplePos x="0" y="0"/>
                <wp:positionH relativeFrom="column">
                  <wp:posOffset>4286250</wp:posOffset>
                </wp:positionH>
                <wp:positionV relativeFrom="paragraph">
                  <wp:posOffset>-3175</wp:posOffset>
                </wp:positionV>
                <wp:extent cx="0" cy="228600"/>
                <wp:effectExtent l="0" t="1905" r="4445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EE409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5pt,-.25pt" to="337.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" o:allowincell="f" stroked="f"/>
            </w:pict>
          </mc:Fallback>
        </mc:AlternateContent>
      </w:r>
      <w:proofErr w:type="spellStart"/>
      <w:r w:rsidRPr="000C1A1D">
        <w:rPr>
          <w:rFonts w:hint="eastAsia"/>
        </w:rPr>
        <w:t>応募資格要件確認書</w:t>
      </w:r>
      <w:proofErr w:type="spellEnd"/>
    </w:p>
    <w:p w14:paraId="4D7D8CF5" w14:textId="77777777" w:rsidR="007A2799" w:rsidRPr="00BA23BB" w:rsidRDefault="007A2799" w:rsidP="007A2799">
      <w:pPr>
        <w:rPr>
          <w:rFonts w:ascii="ＭＳ 明朝" w:hAnsi="ＭＳ 明朝" w:cs="ＭＳ 明朝"/>
          <w:szCs w:val="21"/>
        </w:rPr>
      </w:pPr>
    </w:p>
    <w:p w14:paraId="64957E00" w14:textId="77777777" w:rsidR="007A2799" w:rsidRPr="00BA23BB" w:rsidRDefault="007A2799" w:rsidP="007A2799">
      <w:pPr>
        <w:jc w:val="right"/>
        <w:rPr>
          <w:rFonts w:ascii="ＭＳ 明朝" w:hAnsi="ＭＳ 明朝"/>
          <w:szCs w:val="21"/>
          <w:lang w:eastAsia="ja-JP"/>
        </w:rPr>
      </w:pPr>
      <w:r w:rsidRPr="00BA23BB">
        <w:rPr>
          <w:rFonts w:ascii="ＭＳ 明朝" w:hAnsi="ＭＳ 明朝" w:cs="ＭＳ 明朝" w:hint="eastAsia"/>
          <w:szCs w:val="21"/>
          <w:lang w:eastAsia="ja-JP"/>
        </w:rPr>
        <w:t>（□欄にチェック印を記入すること）</w:t>
      </w:r>
    </w:p>
    <w:tbl>
      <w:tblPr>
        <w:tblW w:w="9135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40"/>
        <w:gridCol w:w="1995"/>
      </w:tblGrid>
      <w:tr w:rsidR="007A2799" w:rsidRPr="00BA23BB" w14:paraId="536CDA40" w14:textId="77777777" w:rsidTr="00472084">
        <w:trPr>
          <w:cantSplit/>
          <w:trHeight w:val="590"/>
        </w:trPr>
        <w:tc>
          <w:tcPr>
            <w:tcW w:w="71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0FAE86" w14:textId="77777777" w:rsidR="007A2799" w:rsidRPr="00BA23BB" w:rsidRDefault="007A2799" w:rsidP="00472084">
            <w:pPr>
              <w:pStyle w:val="aff"/>
              <w:rPr>
                <w:rFonts w:hAnsi="ＭＳ 明朝"/>
                <w:sz w:val="21"/>
                <w:szCs w:val="21"/>
              </w:rPr>
            </w:pPr>
            <w:r w:rsidRPr="00BA23BB">
              <w:rPr>
                <w:rFonts w:hAnsi="ＭＳ 明朝" w:hint="eastAsia"/>
                <w:sz w:val="21"/>
                <w:szCs w:val="21"/>
              </w:rPr>
              <w:t>応募欠格事項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7336E" w14:textId="77777777" w:rsidR="007A2799" w:rsidRPr="00BA23BB" w:rsidRDefault="007A2799" w:rsidP="00472084">
            <w:pPr>
              <w:pStyle w:val="aff"/>
              <w:rPr>
                <w:rFonts w:hAnsi="ＭＳ 明朝"/>
                <w:sz w:val="21"/>
                <w:szCs w:val="21"/>
              </w:rPr>
            </w:pPr>
            <w:r w:rsidRPr="00BA23BB">
              <w:rPr>
                <w:rFonts w:hAnsi="ＭＳ 明朝" w:hint="eastAsia"/>
                <w:sz w:val="21"/>
                <w:szCs w:val="21"/>
              </w:rPr>
              <w:t>該当チェック</w:t>
            </w:r>
          </w:p>
        </w:tc>
      </w:tr>
      <w:tr w:rsidR="007A2799" w:rsidRPr="00BA23BB" w14:paraId="2CA20CB6" w14:textId="77777777" w:rsidTr="00472084">
        <w:trPr>
          <w:cantSplit/>
          <w:trHeight w:val="579"/>
        </w:trPr>
        <w:tc>
          <w:tcPr>
            <w:tcW w:w="7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DBA8B" w14:textId="74B63BBF" w:rsidR="007A2799" w:rsidRPr="00BA23BB" w:rsidRDefault="007A2799" w:rsidP="00472084">
            <w:pPr>
              <w:ind w:left="440" w:hangingChars="200" w:hanging="440"/>
              <w:rPr>
                <w:rFonts w:ascii="ＭＳ 明朝" w:hAnsi="ＭＳ 明朝"/>
                <w:szCs w:val="21"/>
                <w:lang w:eastAsia="ja-JP"/>
              </w:rPr>
            </w:pPr>
            <w:r w:rsidRPr="00BA23BB">
              <w:rPr>
                <w:rFonts w:ascii="ＭＳ 明朝" w:hAnsi="ＭＳ 明朝" w:hint="eastAsia"/>
                <w:szCs w:val="21"/>
                <w:lang w:eastAsia="ja-JP"/>
              </w:rPr>
              <w:t>①　地方自治法施行令（昭和２２年政令第１６号）第１６７条の４の規定に該当</w:t>
            </w:r>
            <w:r w:rsidR="00393DE0">
              <w:rPr>
                <w:rFonts w:ascii="ＭＳ 明朝" w:hAnsi="ＭＳ 明朝" w:hint="eastAsia"/>
                <w:szCs w:val="21"/>
                <w:lang w:eastAsia="ja-JP"/>
              </w:rPr>
              <w:t>しない</w:t>
            </w:r>
            <w:r w:rsidRPr="00BA23BB">
              <w:rPr>
                <w:rFonts w:ascii="ＭＳ 明朝" w:hAnsi="ＭＳ 明朝" w:hint="eastAsia"/>
                <w:szCs w:val="21"/>
                <w:lang w:eastAsia="ja-JP"/>
              </w:rPr>
              <w:t>。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A328C" w14:textId="77777777" w:rsidR="007A2799" w:rsidRPr="00BA23BB" w:rsidRDefault="007A2799" w:rsidP="00472084">
            <w:pPr>
              <w:jc w:val="center"/>
              <w:rPr>
                <w:rFonts w:ascii="ＭＳ 明朝" w:hAnsi="ＭＳ 明朝"/>
                <w:szCs w:val="21"/>
              </w:rPr>
            </w:pPr>
            <w:r w:rsidRPr="00BA23BB">
              <w:rPr>
                <w:rFonts w:ascii="ＭＳ 明朝" w:hAnsi="ＭＳ 明朝" w:hint="eastAsia"/>
                <w:szCs w:val="21"/>
              </w:rPr>
              <w:t>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はい</w:t>
            </w:r>
            <w:proofErr w:type="spellEnd"/>
            <w:r w:rsidRPr="00BA23BB">
              <w:rPr>
                <w:rFonts w:ascii="ＭＳ 明朝" w:hAnsi="ＭＳ 明朝" w:hint="eastAsia"/>
                <w:szCs w:val="21"/>
              </w:rPr>
              <w:t xml:space="preserve">　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いいえ</w:t>
            </w:r>
            <w:proofErr w:type="spellEnd"/>
          </w:p>
        </w:tc>
      </w:tr>
      <w:tr w:rsidR="007A2799" w:rsidRPr="00BA23BB" w14:paraId="7E9AA303" w14:textId="77777777" w:rsidTr="00472084">
        <w:trPr>
          <w:cantSplit/>
          <w:trHeight w:val="580"/>
        </w:trPr>
        <w:tc>
          <w:tcPr>
            <w:tcW w:w="7140" w:type="dxa"/>
            <w:tcBorders>
              <w:top w:val="single" w:sz="4" w:space="0" w:color="auto"/>
              <w:bottom w:val="nil"/>
            </w:tcBorders>
            <w:vAlign w:val="center"/>
          </w:tcPr>
          <w:p w14:paraId="5FCE7283" w14:textId="0253C21D" w:rsidR="007A2799" w:rsidRPr="00BA23BB" w:rsidRDefault="007A2799" w:rsidP="00472084">
            <w:pPr>
              <w:ind w:left="440" w:hangingChars="200" w:hanging="440"/>
              <w:rPr>
                <w:rFonts w:ascii="ＭＳ 明朝" w:hAnsi="ＭＳ 明朝"/>
                <w:szCs w:val="21"/>
                <w:lang w:eastAsia="ja-JP"/>
              </w:rPr>
            </w:pPr>
            <w:r w:rsidRPr="00BA23BB">
              <w:rPr>
                <w:rFonts w:ascii="ＭＳ 明朝" w:hAnsi="ＭＳ 明朝" w:hint="eastAsia"/>
                <w:szCs w:val="21"/>
                <w:lang w:eastAsia="ja-JP"/>
              </w:rPr>
              <w:t>②　国、公社・公団及び府中町を含む地方公共団体において、指名停止期間中で</w:t>
            </w:r>
            <w:r w:rsidR="00393DE0">
              <w:rPr>
                <w:rFonts w:ascii="ＭＳ 明朝" w:hAnsi="ＭＳ 明朝" w:hint="eastAsia"/>
                <w:szCs w:val="21"/>
                <w:lang w:eastAsia="ja-JP"/>
              </w:rPr>
              <w:t>はない</w:t>
            </w:r>
            <w:r w:rsidRPr="00BA23BB">
              <w:rPr>
                <w:rFonts w:ascii="ＭＳ 明朝" w:hAnsi="ＭＳ 明朝" w:hint="eastAsia"/>
                <w:szCs w:val="21"/>
                <w:lang w:eastAsia="ja-JP"/>
              </w:rPr>
              <w:t>。</w:t>
            </w:r>
          </w:p>
        </w:tc>
        <w:tc>
          <w:tcPr>
            <w:tcW w:w="1995" w:type="dxa"/>
            <w:tcBorders>
              <w:top w:val="single" w:sz="4" w:space="0" w:color="auto"/>
              <w:bottom w:val="nil"/>
            </w:tcBorders>
            <w:vAlign w:val="center"/>
          </w:tcPr>
          <w:p w14:paraId="0E0C07F9" w14:textId="77777777" w:rsidR="007A2799" w:rsidRPr="00BA23BB" w:rsidRDefault="007A2799" w:rsidP="00472084">
            <w:pPr>
              <w:jc w:val="center"/>
              <w:rPr>
                <w:rFonts w:ascii="ＭＳ 明朝" w:hAnsi="ＭＳ 明朝"/>
                <w:szCs w:val="21"/>
              </w:rPr>
            </w:pPr>
            <w:r w:rsidRPr="00BA23BB">
              <w:rPr>
                <w:rFonts w:ascii="ＭＳ 明朝" w:hAnsi="ＭＳ 明朝" w:hint="eastAsia"/>
                <w:szCs w:val="21"/>
              </w:rPr>
              <w:t>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はい</w:t>
            </w:r>
            <w:proofErr w:type="spellEnd"/>
            <w:r w:rsidRPr="00BA23BB">
              <w:rPr>
                <w:rFonts w:ascii="ＭＳ 明朝" w:hAnsi="ＭＳ 明朝" w:hint="eastAsia"/>
                <w:szCs w:val="21"/>
              </w:rPr>
              <w:t xml:space="preserve">　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いいえ</w:t>
            </w:r>
            <w:proofErr w:type="spellEnd"/>
          </w:p>
        </w:tc>
      </w:tr>
      <w:tr w:rsidR="007A2799" w:rsidRPr="00BA23BB" w14:paraId="05C3745B" w14:textId="77777777" w:rsidTr="00472084">
        <w:trPr>
          <w:trHeight w:val="540"/>
        </w:trPr>
        <w:tc>
          <w:tcPr>
            <w:tcW w:w="7140" w:type="dxa"/>
            <w:tcBorders>
              <w:top w:val="single" w:sz="4" w:space="0" w:color="auto"/>
              <w:bottom w:val="single" w:sz="4" w:space="0" w:color="auto"/>
            </w:tcBorders>
          </w:tcPr>
          <w:p w14:paraId="0D6C95D7" w14:textId="2B73E9D4" w:rsidR="007A2799" w:rsidRPr="00BA23BB" w:rsidRDefault="007A2799" w:rsidP="00472084">
            <w:pPr>
              <w:ind w:left="440" w:hangingChars="200" w:hanging="440"/>
              <w:rPr>
                <w:rFonts w:ascii="ＭＳ 明朝" w:hAnsi="ＭＳ 明朝"/>
                <w:szCs w:val="21"/>
                <w:lang w:eastAsia="ja-JP"/>
              </w:rPr>
            </w:pPr>
            <w:r w:rsidRPr="00BA23BB">
              <w:rPr>
                <w:rFonts w:ascii="ＭＳ 明朝" w:hAnsi="ＭＳ 明朝" w:hint="eastAsia"/>
                <w:szCs w:val="21"/>
                <w:lang w:eastAsia="ja-JP"/>
              </w:rPr>
              <w:t>③　会社更生法（平成１４年法律第１５４号）に基づく更生手続開始申立て又は民事再生法（平成１１年法律第２２５号）に基づく再生手続開始の申立てがなされてい</w:t>
            </w:r>
            <w:r w:rsidR="00393DE0">
              <w:rPr>
                <w:rFonts w:ascii="ＭＳ 明朝" w:hAnsi="ＭＳ 明朝" w:hint="eastAsia"/>
                <w:szCs w:val="21"/>
                <w:lang w:eastAsia="ja-JP"/>
              </w:rPr>
              <w:t>ない</w:t>
            </w:r>
            <w:r w:rsidRPr="00BA23BB">
              <w:rPr>
                <w:rFonts w:ascii="ＭＳ 明朝" w:hAnsi="ＭＳ 明朝" w:hint="eastAsia"/>
                <w:szCs w:val="21"/>
                <w:lang w:eastAsia="ja-JP"/>
              </w:rPr>
              <w:t>。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D1460" w14:textId="77777777" w:rsidR="007A2799" w:rsidRPr="00BA23BB" w:rsidRDefault="007A2799" w:rsidP="00472084">
            <w:pPr>
              <w:jc w:val="center"/>
              <w:rPr>
                <w:rFonts w:ascii="ＭＳ 明朝" w:hAnsi="ＭＳ 明朝"/>
                <w:szCs w:val="21"/>
              </w:rPr>
            </w:pPr>
            <w:r w:rsidRPr="00BA23BB">
              <w:rPr>
                <w:rFonts w:ascii="ＭＳ 明朝" w:hAnsi="ＭＳ 明朝" w:hint="eastAsia"/>
                <w:szCs w:val="21"/>
              </w:rPr>
              <w:t>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はい</w:t>
            </w:r>
            <w:proofErr w:type="spellEnd"/>
            <w:r w:rsidRPr="00BA23BB">
              <w:rPr>
                <w:rFonts w:ascii="ＭＳ 明朝" w:hAnsi="ＭＳ 明朝" w:hint="eastAsia"/>
                <w:szCs w:val="21"/>
              </w:rPr>
              <w:t xml:space="preserve">　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いいえ</w:t>
            </w:r>
            <w:proofErr w:type="spellEnd"/>
          </w:p>
        </w:tc>
      </w:tr>
      <w:tr w:rsidR="007A2799" w:rsidRPr="00BA23BB" w14:paraId="3A3305B8" w14:textId="77777777" w:rsidTr="00472084">
        <w:trPr>
          <w:trHeight w:val="579"/>
        </w:trPr>
        <w:tc>
          <w:tcPr>
            <w:tcW w:w="7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3737E" w14:textId="6AA274CC" w:rsidR="007A2799" w:rsidRPr="00BA23BB" w:rsidRDefault="007A2799" w:rsidP="00472084">
            <w:pPr>
              <w:ind w:left="440" w:hangingChars="200" w:hanging="440"/>
              <w:rPr>
                <w:rFonts w:ascii="ＭＳ 明朝" w:hAnsi="ＭＳ 明朝"/>
                <w:szCs w:val="21"/>
                <w:lang w:eastAsia="ja-JP"/>
              </w:rPr>
            </w:pPr>
            <w:r w:rsidRPr="00BA23BB">
              <w:rPr>
                <w:rFonts w:ascii="ＭＳ 明朝" w:hAnsi="ＭＳ 明朝" w:hint="eastAsia"/>
                <w:szCs w:val="21"/>
                <w:lang w:eastAsia="ja-JP"/>
              </w:rPr>
              <w:t>④　国税及び地方税（消費税及び地方消費税並びに法人市町村民税、固定資産税及び事業所税等）を滞納してい</w:t>
            </w:r>
            <w:r w:rsidR="00393DE0">
              <w:rPr>
                <w:rFonts w:ascii="ＭＳ 明朝" w:hAnsi="ＭＳ 明朝" w:hint="eastAsia"/>
                <w:szCs w:val="21"/>
                <w:lang w:eastAsia="ja-JP"/>
              </w:rPr>
              <w:t>ない</w:t>
            </w:r>
            <w:r w:rsidRPr="00BA23BB">
              <w:rPr>
                <w:rFonts w:ascii="ＭＳ 明朝" w:hAnsi="ＭＳ 明朝" w:hint="eastAsia"/>
                <w:szCs w:val="21"/>
                <w:lang w:eastAsia="ja-JP"/>
              </w:rPr>
              <w:t>。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27799" w14:textId="77777777" w:rsidR="007A2799" w:rsidRPr="00BA23BB" w:rsidRDefault="007A2799" w:rsidP="00472084">
            <w:pPr>
              <w:jc w:val="center"/>
              <w:rPr>
                <w:rFonts w:ascii="ＭＳ 明朝" w:hAnsi="ＭＳ 明朝"/>
                <w:szCs w:val="21"/>
              </w:rPr>
            </w:pPr>
            <w:r w:rsidRPr="00BA23BB">
              <w:rPr>
                <w:rFonts w:ascii="ＭＳ 明朝" w:hAnsi="ＭＳ 明朝" w:hint="eastAsia"/>
                <w:szCs w:val="21"/>
              </w:rPr>
              <w:t>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はい</w:t>
            </w:r>
            <w:proofErr w:type="spellEnd"/>
            <w:r w:rsidRPr="00BA23BB">
              <w:rPr>
                <w:rFonts w:ascii="ＭＳ 明朝" w:hAnsi="ＭＳ 明朝" w:hint="eastAsia"/>
                <w:szCs w:val="21"/>
              </w:rPr>
              <w:t xml:space="preserve">　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いいえ</w:t>
            </w:r>
            <w:proofErr w:type="spellEnd"/>
          </w:p>
        </w:tc>
      </w:tr>
      <w:tr w:rsidR="00393DE0" w:rsidRPr="00BA23BB" w14:paraId="1D4D12DF" w14:textId="77777777" w:rsidTr="00393DE0">
        <w:trPr>
          <w:trHeight w:val="590"/>
        </w:trPr>
        <w:tc>
          <w:tcPr>
            <w:tcW w:w="7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633AE" w14:textId="551E39AF" w:rsidR="00393DE0" w:rsidRPr="00BA23BB" w:rsidRDefault="00393DE0" w:rsidP="008D2170">
            <w:pPr>
              <w:ind w:left="440" w:hangingChars="200" w:hanging="440"/>
              <w:rPr>
                <w:rFonts w:ascii="ＭＳ 明朝" w:hAnsi="ＭＳ 明朝"/>
                <w:szCs w:val="21"/>
                <w:lang w:eastAsia="ja-JP"/>
              </w:rPr>
            </w:pPr>
            <w:bookmarkStart w:id="0" w:name="_Hlk236745170"/>
            <w:r>
              <w:rPr>
                <w:rFonts w:hint="eastAsia"/>
                <w:lang w:eastAsia="ja-JP"/>
              </w:rPr>
              <w:t>⑤</w:t>
            </w:r>
            <w:r>
              <w:rPr>
                <w:rFonts w:hint="eastAsia"/>
                <w:lang w:eastAsia="ja-JP"/>
              </w:rPr>
              <w:t xml:space="preserve">　暴力団員による不当な行為の防止等に関する法律（平成３年法律第７７号）第２条第２号に規定する暴力団又は同条第６号に規定する暴力団員と関係を有</w:t>
            </w:r>
            <w:r>
              <w:rPr>
                <w:rFonts w:hint="eastAsia"/>
                <w:lang w:eastAsia="ja-JP"/>
              </w:rPr>
              <w:t>していない。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72896DFA" w14:textId="343AF487" w:rsidR="00393DE0" w:rsidRPr="00BA23BB" w:rsidRDefault="00393DE0" w:rsidP="008D2170">
            <w:pPr>
              <w:jc w:val="center"/>
              <w:rPr>
                <w:rFonts w:ascii="ＭＳ 明朝" w:hAnsi="ＭＳ 明朝"/>
                <w:szCs w:val="21"/>
                <w:lang w:eastAsia="ja-JP"/>
              </w:rPr>
            </w:pPr>
            <w:r w:rsidRPr="00BA23BB">
              <w:rPr>
                <w:rFonts w:ascii="ＭＳ 明朝" w:hAnsi="ＭＳ 明朝" w:hint="eastAsia"/>
                <w:szCs w:val="21"/>
              </w:rPr>
              <w:t>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はい</w:t>
            </w:r>
            <w:proofErr w:type="spellEnd"/>
            <w:r w:rsidRPr="00BA23BB">
              <w:rPr>
                <w:rFonts w:ascii="ＭＳ 明朝" w:hAnsi="ＭＳ 明朝" w:hint="eastAsia"/>
                <w:szCs w:val="21"/>
              </w:rPr>
              <w:t xml:space="preserve">　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いいえ</w:t>
            </w:r>
            <w:proofErr w:type="spellEnd"/>
          </w:p>
        </w:tc>
      </w:tr>
      <w:bookmarkEnd w:id="0"/>
      <w:tr w:rsidR="00393DE0" w:rsidRPr="00BA23BB" w14:paraId="65FA5BF3" w14:textId="77777777" w:rsidTr="00406EB9">
        <w:trPr>
          <w:trHeight w:val="590"/>
        </w:trPr>
        <w:tc>
          <w:tcPr>
            <w:tcW w:w="7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70182" w14:textId="1C0A0151" w:rsidR="00393DE0" w:rsidRDefault="00393DE0" w:rsidP="00393DE0">
            <w:pPr>
              <w:ind w:left="440" w:hangingChars="200" w:hanging="440"/>
              <w:rPr>
                <w:rFonts w:ascii="ＭＳ 明朝" w:hAnsi="ＭＳ 明朝" w:hint="eastAsia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Cs w:val="21"/>
                <w:lang w:eastAsia="ja-JP"/>
              </w:rPr>
              <w:t>⑥</w:t>
            </w:r>
            <w:r>
              <w:rPr>
                <w:rFonts w:ascii="ＭＳ 明朝" w:hAnsi="ＭＳ 明朝" w:hint="eastAsia"/>
                <w:szCs w:val="21"/>
                <w:lang w:eastAsia="ja-JP"/>
              </w:rPr>
              <w:t xml:space="preserve">　</w:t>
            </w:r>
            <w:r w:rsidRPr="00FB4124">
              <w:rPr>
                <w:rFonts w:ascii="ＭＳ 明朝" w:hAnsi="ＭＳ 明朝"/>
                <w:szCs w:val="21"/>
                <w:lang w:eastAsia="ja-JP"/>
              </w:rPr>
              <w:t>政治団体（政治資金規正法（昭和２３年法律第１９４号）第３条の規定によるもの）及び宗教団体（宗教法人法（昭和２６年法律第１２６号）第２条の規定によるもの）</w:t>
            </w:r>
            <w:r w:rsidRPr="00736FF0">
              <w:rPr>
                <w:rFonts w:ascii="ＭＳ 明朝" w:hAnsi="ＭＳ 明朝" w:hint="eastAsia"/>
                <w:szCs w:val="21"/>
                <w:lang w:eastAsia="ja-JP"/>
              </w:rPr>
              <w:t>と関係を有</w:t>
            </w:r>
            <w:r>
              <w:rPr>
                <w:rFonts w:ascii="ＭＳ 明朝" w:hAnsi="ＭＳ 明朝" w:hint="eastAsia"/>
                <w:szCs w:val="21"/>
                <w:lang w:eastAsia="ja-JP"/>
              </w:rPr>
              <w:t>してい</w:t>
            </w:r>
            <w:r>
              <w:rPr>
                <w:rFonts w:ascii="ＭＳ 明朝" w:hAnsi="ＭＳ 明朝" w:hint="eastAsia"/>
                <w:szCs w:val="21"/>
                <w:lang w:eastAsia="ja-JP"/>
              </w:rPr>
              <w:t>ない</w:t>
            </w:r>
            <w:r>
              <w:rPr>
                <w:rFonts w:ascii="ＭＳ 明朝" w:hAnsi="ＭＳ 明朝" w:hint="eastAsia"/>
                <w:szCs w:val="21"/>
                <w:lang w:eastAsia="ja-JP"/>
              </w:rPr>
              <w:t>。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1D51CB8B" w14:textId="2E93C4D8" w:rsidR="00393DE0" w:rsidRPr="00BA23BB" w:rsidRDefault="00393DE0" w:rsidP="00393DE0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BA23BB">
              <w:rPr>
                <w:rFonts w:ascii="ＭＳ 明朝" w:hAnsi="ＭＳ 明朝" w:hint="eastAsia"/>
                <w:szCs w:val="21"/>
              </w:rPr>
              <w:t>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はい</w:t>
            </w:r>
            <w:proofErr w:type="spellEnd"/>
            <w:r w:rsidRPr="00BA23BB">
              <w:rPr>
                <w:rFonts w:ascii="ＭＳ 明朝" w:hAnsi="ＭＳ 明朝" w:hint="eastAsia"/>
                <w:szCs w:val="21"/>
              </w:rPr>
              <w:t xml:space="preserve">　□</w:t>
            </w:r>
            <w:proofErr w:type="spellStart"/>
            <w:r w:rsidRPr="00BA23BB">
              <w:rPr>
                <w:rFonts w:ascii="ＭＳ 明朝" w:hAnsi="ＭＳ 明朝" w:hint="eastAsia"/>
                <w:szCs w:val="21"/>
              </w:rPr>
              <w:t>いいえ</w:t>
            </w:r>
            <w:proofErr w:type="spellEnd"/>
          </w:p>
        </w:tc>
      </w:tr>
    </w:tbl>
    <w:p w14:paraId="2D1B274D" w14:textId="14CD244F" w:rsidR="00C14FFD" w:rsidRPr="00C14FFD" w:rsidRDefault="00C14FFD" w:rsidP="00C14FFD">
      <w:pPr>
        <w:rPr>
          <w:lang w:eastAsia="ja-JP"/>
        </w:rPr>
        <w:sectPr w:rsidR="00C14FFD" w:rsidRPr="00C14FFD" w:rsidSect="007A2799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10037A46" w14:textId="6984B74D" w:rsidR="00323E1D" w:rsidRDefault="00323E1D">
      <w:pPr>
        <w:rPr>
          <w:lang w:eastAsia="ja-JP"/>
        </w:rPr>
      </w:pPr>
    </w:p>
    <w:p w14:paraId="67A57A86" w14:textId="4E7409AF" w:rsidR="00323E1D" w:rsidRDefault="002A55A1" w:rsidP="000C1A1D">
      <w:proofErr w:type="spellStart"/>
      <w:r>
        <w:t>様式第</w:t>
      </w:r>
      <w:proofErr w:type="spellEnd"/>
      <w:r w:rsidR="006509B1">
        <w:rPr>
          <w:rFonts w:hint="eastAsia"/>
          <w:lang w:eastAsia="ja-JP"/>
        </w:rPr>
        <w:t>３</w:t>
      </w:r>
      <w:r>
        <w:t>号</w:t>
      </w:r>
    </w:p>
    <w:p w14:paraId="525A49BC" w14:textId="77777777" w:rsidR="00323E1D" w:rsidRDefault="002A55A1">
      <w:pPr>
        <w:jc w:val="right"/>
      </w:pPr>
      <w:proofErr w:type="spellStart"/>
      <w:r>
        <w:t>令和</w:t>
      </w:r>
      <w:proofErr w:type="spellEnd"/>
      <w:r>
        <w:t xml:space="preserve">　　年　　月　　日</w:t>
      </w:r>
    </w:p>
    <w:p w14:paraId="6CCB9014" w14:textId="77777777" w:rsidR="00323E1D" w:rsidRDefault="002A55A1">
      <w:pPr>
        <w:pStyle w:val="1"/>
        <w:jc w:val="center"/>
      </w:pPr>
      <w:r>
        <w:t>参　加　辞　退　届</w:t>
      </w:r>
    </w:p>
    <w:p w14:paraId="7ECF815B" w14:textId="77777777" w:rsidR="006254AC" w:rsidRDefault="006254AC">
      <w:pPr>
        <w:rPr>
          <w:lang w:eastAsia="ja-JP"/>
        </w:rPr>
      </w:pPr>
    </w:p>
    <w:p w14:paraId="68C60DBC" w14:textId="066F96D1" w:rsidR="00924D57" w:rsidRDefault="00B526B4" w:rsidP="00924D57">
      <w:pPr>
        <w:rPr>
          <w:lang w:eastAsia="ja-JP"/>
        </w:rPr>
      </w:pPr>
      <w:r w:rsidRPr="00B526B4">
        <w:rPr>
          <w:rFonts w:hint="eastAsia"/>
          <w:lang w:eastAsia="ja-JP"/>
        </w:rPr>
        <w:t>府中町教育委員会教育長　新田　憲章</w:t>
      </w:r>
    </w:p>
    <w:p w14:paraId="73A1EF23" w14:textId="1109E534" w:rsidR="00323E1D" w:rsidRDefault="00924D57" w:rsidP="00924D57">
      <w:pPr>
        <w:ind w:leftChars="2126" w:left="4813" w:hangingChars="62" w:hanging="136"/>
        <w:rPr>
          <w:lang w:eastAsia="ja-JP"/>
        </w:rPr>
      </w:pPr>
      <w:r>
        <w:rPr>
          <w:rFonts w:ascii="ＭＳ 明朝" w:hAnsi="ＭＳ 明朝" w:hint="eastAsia"/>
          <w:szCs w:val="21"/>
          <w:lang w:eastAsia="ja-JP"/>
        </w:rPr>
        <w:t>■単独事業者又は</w:t>
      </w:r>
      <w:r w:rsidR="00C14FFD">
        <w:rPr>
          <w:rFonts w:ascii="ＭＳ 明朝" w:hAnsi="ＭＳ 明朝" w:hint="eastAsia"/>
          <w:szCs w:val="21"/>
          <w:lang w:eastAsia="ja-JP"/>
        </w:rPr>
        <w:t>共同事業体代表事業者</w:t>
      </w:r>
      <w:r w:rsidR="002A55A1">
        <w:rPr>
          <w:lang w:eastAsia="ja-JP"/>
        </w:rPr>
        <w:br/>
      </w:r>
      <w:r w:rsidR="002A55A1" w:rsidRPr="006254AC">
        <w:rPr>
          <w:spacing w:val="110"/>
          <w:fitText w:val="880" w:id="-431854080"/>
          <w:lang w:eastAsia="ja-JP"/>
        </w:rPr>
        <w:t>所在</w:t>
      </w:r>
      <w:r w:rsidR="002A55A1" w:rsidRPr="006254AC">
        <w:rPr>
          <w:fitText w:val="880" w:id="-431854080"/>
          <w:lang w:eastAsia="ja-JP"/>
        </w:rPr>
        <w:t>地</w:t>
      </w:r>
      <w:r w:rsidR="002A55A1">
        <w:rPr>
          <w:lang w:eastAsia="ja-JP"/>
        </w:rPr>
        <w:t>：</w:t>
      </w:r>
      <w:r w:rsidR="002A55A1">
        <w:rPr>
          <w:lang w:eastAsia="ja-JP"/>
        </w:rPr>
        <w:br/>
      </w:r>
      <w:r w:rsidR="002A55A1">
        <w:rPr>
          <w:lang w:eastAsia="ja-JP"/>
        </w:rPr>
        <w:t>事業者名：</w:t>
      </w:r>
      <w:r w:rsidR="002A55A1">
        <w:rPr>
          <w:lang w:eastAsia="ja-JP"/>
        </w:rPr>
        <w:br/>
      </w:r>
      <w:r w:rsidR="002A55A1">
        <w:rPr>
          <w:lang w:eastAsia="ja-JP"/>
        </w:rPr>
        <w:t xml:space="preserve">代表者名：　　　　　　　　　　　　</w:t>
      </w:r>
      <w:r w:rsidR="002A55A1">
        <w:rPr>
          <w:lang w:eastAsia="ja-JP"/>
        </w:rPr>
        <w:br/>
      </w:r>
    </w:p>
    <w:p w14:paraId="2F2677FA" w14:textId="318D3142" w:rsidR="00323E1D" w:rsidRDefault="00F722BD" w:rsidP="006254AC">
      <w:pPr>
        <w:rPr>
          <w:lang w:eastAsia="ja-JP"/>
        </w:rPr>
      </w:pPr>
      <w:r>
        <w:rPr>
          <w:rFonts w:hint="eastAsia"/>
          <w:lang w:eastAsia="ja-JP"/>
        </w:rPr>
        <w:t>府中町放課後児童</w:t>
      </w:r>
      <w:r>
        <w:rPr>
          <w:lang w:eastAsia="ja-JP"/>
        </w:rPr>
        <w:t>クラブ入退室管理システム導入業務</w:t>
      </w:r>
      <w:r>
        <w:rPr>
          <w:rFonts w:hint="eastAsia"/>
          <w:lang w:eastAsia="ja-JP"/>
        </w:rPr>
        <w:t>に係る実施要領</w:t>
      </w:r>
      <w:r w:rsidR="006254AC">
        <w:rPr>
          <w:rFonts w:hint="eastAsia"/>
          <w:lang w:eastAsia="ja-JP"/>
        </w:rPr>
        <w:t>に基づき、</w:t>
      </w:r>
      <w:r w:rsidR="006254AC" w:rsidRPr="00BA23BB">
        <w:rPr>
          <w:rFonts w:ascii="ＭＳ 明朝" w:hAnsi="ＭＳ 明朝" w:hint="eastAsia"/>
          <w:szCs w:val="21"/>
          <w:lang w:eastAsia="ja-JP"/>
        </w:rPr>
        <w:t>参加表明書等を提出しましたが、辞退します。</w:t>
      </w:r>
    </w:p>
    <w:p w14:paraId="71D56CA3" w14:textId="77777777" w:rsidR="00323E1D" w:rsidRDefault="002A55A1">
      <w:pPr>
        <w:rPr>
          <w:lang w:eastAsia="ja-JP"/>
        </w:rPr>
      </w:pP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br/>
      </w:r>
    </w:p>
    <w:sectPr w:rsidR="00323E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21D7" w14:textId="77777777" w:rsidR="00944993" w:rsidRDefault="00944993" w:rsidP="00944993">
      <w:pPr>
        <w:spacing w:after="0" w:line="240" w:lineRule="auto"/>
      </w:pPr>
      <w:r>
        <w:separator/>
      </w:r>
    </w:p>
  </w:endnote>
  <w:endnote w:type="continuationSeparator" w:id="0">
    <w:p w14:paraId="330BD488" w14:textId="77777777" w:rsidR="00944993" w:rsidRDefault="00944993" w:rsidP="0094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8CE22" w14:textId="77777777" w:rsidR="00944993" w:rsidRDefault="00944993" w:rsidP="00944993">
      <w:pPr>
        <w:spacing w:after="0" w:line="240" w:lineRule="auto"/>
      </w:pPr>
      <w:r>
        <w:separator/>
      </w:r>
    </w:p>
  </w:footnote>
  <w:footnote w:type="continuationSeparator" w:id="0">
    <w:p w14:paraId="186B9F2E" w14:textId="77777777" w:rsidR="00944993" w:rsidRDefault="00944993" w:rsidP="00944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9714515">
    <w:abstractNumId w:val="8"/>
  </w:num>
  <w:num w:numId="2" w16cid:durableId="1816339277">
    <w:abstractNumId w:val="6"/>
  </w:num>
  <w:num w:numId="3" w16cid:durableId="298389914">
    <w:abstractNumId w:val="5"/>
  </w:num>
  <w:num w:numId="4" w16cid:durableId="857236182">
    <w:abstractNumId w:val="4"/>
  </w:num>
  <w:num w:numId="5" w16cid:durableId="1220944819">
    <w:abstractNumId w:val="7"/>
  </w:num>
  <w:num w:numId="6" w16cid:durableId="1130199109">
    <w:abstractNumId w:val="3"/>
  </w:num>
  <w:num w:numId="7" w16cid:durableId="1186209353">
    <w:abstractNumId w:val="2"/>
  </w:num>
  <w:num w:numId="8" w16cid:durableId="901409786">
    <w:abstractNumId w:val="1"/>
  </w:num>
  <w:num w:numId="9" w16cid:durableId="23797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545"/>
    <w:rsid w:val="0006063C"/>
    <w:rsid w:val="000C1A1D"/>
    <w:rsid w:val="000D370A"/>
    <w:rsid w:val="00134D47"/>
    <w:rsid w:val="00147BC7"/>
    <w:rsid w:val="0015074B"/>
    <w:rsid w:val="001E7266"/>
    <w:rsid w:val="00267748"/>
    <w:rsid w:val="00287F44"/>
    <w:rsid w:val="0029639D"/>
    <w:rsid w:val="002A55A1"/>
    <w:rsid w:val="002E693B"/>
    <w:rsid w:val="00302D4D"/>
    <w:rsid w:val="00323E1D"/>
    <w:rsid w:val="00326F90"/>
    <w:rsid w:val="00362EB1"/>
    <w:rsid w:val="00393DE0"/>
    <w:rsid w:val="003E2F2A"/>
    <w:rsid w:val="00400432"/>
    <w:rsid w:val="004B3D74"/>
    <w:rsid w:val="004E0E75"/>
    <w:rsid w:val="00502399"/>
    <w:rsid w:val="0053734C"/>
    <w:rsid w:val="00540F03"/>
    <w:rsid w:val="00590D7B"/>
    <w:rsid w:val="00595B1D"/>
    <w:rsid w:val="005F48D1"/>
    <w:rsid w:val="0061077E"/>
    <w:rsid w:val="006254AC"/>
    <w:rsid w:val="00644D55"/>
    <w:rsid w:val="00647F89"/>
    <w:rsid w:val="006509B1"/>
    <w:rsid w:val="00663500"/>
    <w:rsid w:val="0068121F"/>
    <w:rsid w:val="006B4518"/>
    <w:rsid w:val="00710CD3"/>
    <w:rsid w:val="0073320B"/>
    <w:rsid w:val="0073618E"/>
    <w:rsid w:val="00737CFA"/>
    <w:rsid w:val="00783C62"/>
    <w:rsid w:val="00784383"/>
    <w:rsid w:val="007A2799"/>
    <w:rsid w:val="00894AC9"/>
    <w:rsid w:val="008D2170"/>
    <w:rsid w:val="008D49FF"/>
    <w:rsid w:val="008E6920"/>
    <w:rsid w:val="00902063"/>
    <w:rsid w:val="00924D57"/>
    <w:rsid w:val="00935A1C"/>
    <w:rsid w:val="00944993"/>
    <w:rsid w:val="00946BC4"/>
    <w:rsid w:val="00967CD2"/>
    <w:rsid w:val="009C2600"/>
    <w:rsid w:val="00A61624"/>
    <w:rsid w:val="00A643A0"/>
    <w:rsid w:val="00AA1D8D"/>
    <w:rsid w:val="00AD7751"/>
    <w:rsid w:val="00AF420B"/>
    <w:rsid w:val="00B44E08"/>
    <w:rsid w:val="00B47730"/>
    <w:rsid w:val="00B526B4"/>
    <w:rsid w:val="00C14DFA"/>
    <w:rsid w:val="00C14FFD"/>
    <w:rsid w:val="00CB0664"/>
    <w:rsid w:val="00CF78B9"/>
    <w:rsid w:val="00D15BE1"/>
    <w:rsid w:val="00D7733E"/>
    <w:rsid w:val="00DB0EC3"/>
    <w:rsid w:val="00DC481A"/>
    <w:rsid w:val="00DF6DCC"/>
    <w:rsid w:val="00EA1A7E"/>
    <w:rsid w:val="00F10AF4"/>
    <w:rsid w:val="00F722BD"/>
    <w:rsid w:val="00FB30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75649F5"/>
  <w14:defaultImageDpi w14:val="300"/>
  <w15:docId w15:val="{38EA01CC-A51E-4659-A851-235E0451F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Note Heading"/>
    <w:basedOn w:val="a1"/>
    <w:next w:val="a1"/>
    <w:link w:val="aff0"/>
    <w:rsid w:val="007A2799"/>
    <w:pPr>
      <w:widowControl w:val="0"/>
      <w:spacing w:after="0" w:line="240" w:lineRule="auto"/>
      <w:jc w:val="center"/>
    </w:pPr>
    <w:rPr>
      <w:rFonts w:ascii="ＭＳ 明朝" w:eastAsia="ＭＳ 明朝" w:hAnsi="Century" w:cs="Times New Roman"/>
      <w:kern w:val="2"/>
      <w:sz w:val="24"/>
      <w:szCs w:val="20"/>
      <w:lang w:eastAsia="ja-JP"/>
    </w:rPr>
  </w:style>
  <w:style w:type="character" w:customStyle="1" w:styleId="aff0">
    <w:name w:val="記 (文字)"/>
    <w:basedOn w:val="a2"/>
    <w:link w:val="aff"/>
    <w:rsid w:val="007A2799"/>
    <w:rPr>
      <w:rFonts w:ascii="ＭＳ 明朝" w:eastAsia="ＭＳ 明朝" w:hAnsi="Century" w:cs="Times New Roman"/>
      <w:kern w:val="2"/>
      <w:sz w:val="24"/>
      <w:szCs w:val="20"/>
      <w:lang w:eastAsia="ja-JP"/>
    </w:rPr>
  </w:style>
  <w:style w:type="paragraph" w:customStyle="1" w:styleId="18">
    <w:name w:val="本文レベル1"/>
    <w:basedOn w:val="a1"/>
    <w:qFormat/>
    <w:rsid w:val="00946BC4"/>
    <w:pPr>
      <w:widowControl w:val="0"/>
      <w:spacing w:after="120"/>
      <w:ind w:left="360"/>
    </w:pPr>
    <w:rPr>
      <w:rFonts w:ascii="游明朝" w:eastAsia="游明朝" w:hAnsi="游明朝" w:cs="游明朝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栗栖 千裕</cp:lastModifiedBy>
  <cp:revision>25</cp:revision>
  <dcterms:created xsi:type="dcterms:W3CDTF">2013-12-23T23:15:00Z</dcterms:created>
  <dcterms:modified xsi:type="dcterms:W3CDTF">2026-08-04T05:15:00Z</dcterms:modified>
  <cp:category/>
</cp:coreProperties>
</file>